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7840F" w14:textId="77777777" w:rsidR="00DB7E25" w:rsidRDefault="00000000">
      <w:pPr>
        <w:spacing w:after="40"/>
        <w:jc w:val="center"/>
      </w:pPr>
      <w:r>
        <w:rPr>
          <w:b/>
          <w:sz w:val="30"/>
        </w:rPr>
        <w:t>HIGH-UNIT MAJOR CERTIFICATION FORM</w:t>
      </w:r>
    </w:p>
    <w:p w14:paraId="5BC22364" w14:textId="77777777" w:rsidR="00DB7E25" w:rsidRDefault="00000000">
      <w:pPr>
        <w:spacing w:after="80"/>
        <w:jc w:val="center"/>
      </w:pPr>
      <w:r w:rsidRPr="005E3F1C">
        <w:rPr>
          <w:b/>
          <w:sz w:val="24"/>
          <w:szCs w:val="24"/>
        </w:rPr>
        <w:t>Degree designation and major:</w:t>
      </w:r>
      <w:r>
        <w:rPr>
          <w:b/>
        </w:rPr>
        <w:t xml:space="preserve"> </w:t>
      </w:r>
      <w:r>
        <w:fldChar w:fldCharType="begin">
          <w:ffData>
            <w:name w:val="TitleMajor"/>
            <w:enabled/>
            <w:calcOnExit w:val="0"/>
            <w:textInput>
              <w:maxLength w:val="255"/>
            </w:textInput>
          </w:ffData>
        </w:fldChar>
      </w:r>
      <w:r>
        <w:instrText xml:space="preserve"> FORMTEXT </w:instrText>
      </w:r>
      <w:r>
        <w:fldChar w:fldCharType="separate"/>
      </w:r>
      <w:r>
        <w:rPr>
          <w:shd w:val="clear" w:color="auto" w:fill="D9D9D9"/>
        </w:rPr>
        <w:t>                            </w:t>
      </w:r>
      <w:r>
        <w:fldChar w:fldCharType="end"/>
      </w:r>
    </w:p>
    <w:p w14:paraId="41D49B67" w14:textId="77777777" w:rsidR="00DB7E25" w:rsidRPr="005E3F1C" w:rsidRDefault="00000000">
      <w:pPr>
        <w:spacing w:after="80"/>
        <w:jc w:val="center"/>
        <w:rPr>
          <w:szCs w:val="20"/>
        </w:rPr>
      </w:pPr>
      <w:r w:rsidRPr="005E3F1C">
        <w:rPr>
          <w:i/>
          <w:szCs w:val="20"/>
        </w:rPr>
        <w:t>Complete the form below and expand responses as needed. Supporting documentation should be attached where applicable.</w:t>
      </w:r>
    </w:p>
    <w:p w14:paraId="145AA3B9" w14:textId="77777777" w:rsidR="00DB7E25" w:rsidRDefault="00000000">
      <w:pPr>
        <w:spacing w:after="20"/>
        <w:rPr>
          <w:b/>
          <w:sz w:val="24"/>
          <w:szCs w:val="24"/>
        </w:rPr>
      </w:pPr>
      <w:r w:rsidRPr="005E3F1C">
        <w:rPr>
          <w:b/>
          <w:sz w:val="24"/>
          <w:szCs w:val="24"/>
        </w:rPr>
        <w:t>REQUIRED APPROVAL SIGNATURES</w:t>
      </w:r>
    </w:p>
    <w:p w14:paraId="70752465" w14:textId="77777777" w:rsidR="005E3F1C" w:rsidRPr="005E3F1C" w:rsidRDefault="005E3F1C">
      <w:pPr>
        <w:spacing w:after="20"/>
        <w:rPr>
          <w:sz w:val="24"/>
          <w:szCs w:val="24"/>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944"/>
        <w:gridCol w:w="3024"/>
        <w:gridCol w:w="3096"/>
        <w:gridCol w:w="1944"/>
      </w:tblGrid>
      <w:tr w:rsidR="00DB7E25" w:rsidRPr="005E3F1C" w14:paraId="00F3A1DB" w14:textId="77777777">
        <w:trPr>
          <w:jc w:val="center"/>
        </w:trPr>
        <w:tc>
          <w:tcPr>
            <w:tcW w:w="1944" w:type="dxa"/>
            <w:tcMar>
              <w:top w:w="25" w:type="dxa"/>
              <w:left w:w="45" w:type="dxa"/>
              <w:bottom w:w="25" w:type="dxa"/>
              <w:right w:w="45" w:type="dxa"/>
            </w:tcMar>
          </w:tcPr>
          <w:p w14:paraId="7447B9DC" w14:textId="77777777" w:rsidR="00DB7E25" w:rsidRPr="005E3F1C" w:rsidRDefault="00000000" w:rsidP="005E3F1C">
            <w:pPr>
              <w:spacing w:after="0" w:line="480" w:lineRule="auto"/>
              <w:rPr>
                <w:sz w:val="24"/>
                <w:szCs w:val="24"/>
              </w:rPr>
            </w:pPr>
            <w:r w:rsidRPr="005E3F1C">
              <w:rPr>
                <w:sz w:val="24"/>
                <w:szCs w:val="24"/>
              </w:rPr>
              <w:t>School Director</w:t>
            </w:r>
          </w:p>
        </w:tc>
        <w:tc>
          <w:tcPr>
            <w:tcW w:w="6120" w:type="dxa"/>
            <w:gridSpan w:val="2"/>
            <w:tcMar>
              <w:top w:w="25" w:type="dxa"/>
              <w:left w:w="45" w:type="dxa"/>
              <w:bottom w:w="25" w:type="dxa"/>
              <w:right w:w="45" w:type="dxa"/>
            </w:tcMar>
          </w:tcPr>
          <w:p w14:paraId="7EB21BF6" w14:textId="77777777" w:rsidR="00DB7E25" w:rsidRPr="005E3F1C" w:rsidRDefault="00000000" w:rsidP="005E3F1C">
            <w:pPr>
              <w:spacing w:after="0" w:line="480" w:lineRule="auto"/>
              <w:rPr>
                <w:sz w:val="24"/>
                <w:szCs w:val="24"/>
              </w:rPr>
            </w:pPr>
            <w:r w:rsidRPr="005E3F1C">
              <w:rPr>
                <w:sz w:val="24"/>
                <w:szCs w:val="24"/>
              </w:rPr>
              <w:t>________________________________</w:t>
            </w:r>
          </w:p>
        </w:tc>
        <w:tc>
          <w:tcPr>
            <w:tcW w:w="1944" w:type="dxa"/>
            <w:tcMar>
              <w:top w:w="25" w:type="dxa"/>
              <w:left w:w="45" w:type="dxa"/>
              <w:bottom w:w="25" w:type="dxa"/>
              <w:right w:w="45" w:type="dxa"/>
            </w:tcMar>
          </w:tcPr>
          <w:p w14:paraId="11E7B411" w14:textId="77777777" w:rsidR="00DB7E25" w:rsidRPr="005E3F1C" w:rsidRDefault="00000000" w:rsidP="005E3F1C">
            <w:pPr>
              <w:spacing w:after="0" w:line="480" w:lineRule="auto"/>
              <w:rPr>
                <w:sz w:val="24"/>
                <w:szCs w:val="24"/>
              </w:rPr>
            </w:pPr>
            <w:r w:rsidRPr="005E3F1C">
              <w:rPr>
                <w:sz w:val="24"/>
                <w:szCs w:val="24"/>
              </w:rPr>
              <w:t>Date: ________</w:t>
            </w:r>
          </w:p>
        </w:tc>
      </w:tr>
      <w:tr w:rsidR="00DB7E25" w:rsidRPr="005E3F1C" w14:paraId="411A265E" w14:textId="77777777">
        <w:trPr>
          <w:jc w:val="center"/>
        </w:trPr>
        <w:tc>
          <w:tcPr>
            <w:tcW w:w="1944" w:type="dxa"/>
            <w:tcMar>
              <w:top w:w="25" w:type="dxa"/>
              <w:left w:w="45" w:type="dxa"/>
              <w:bottom w:w="25" w:type="dxa"/>
              <w:right w:w="45" w:type="dxa"/>
            </w:tcMar>
          </w:tcPr>
          <w:p w14:paraId="1D951272" w14:textId="77777777" w:rsidR="00DB7E25" w:rsidRPr="005E3F1C" w:rsidRDefault="00000000" w:rsidP="005E3F1C">
            <w:pPr>
              <w:spacing w:after="0" w:line="480" w:lineRule="auto"/>
              <w:rPr>
                <w:sz w:val="24"/>
                <w:szCs w:val="24"/>
              </w:rPr>
            </w:pPr>
            <w:r w:rsidRPr="005E3F1C">
              <w:rPr>
                <w:sz w:val="24"/>
                <w:szCs w:val="24"/>
              </w:rPr>
              <w:t>College Dean</w:t>
            </w:r>
          </w:p>
        </w:tc>
        <w:tc>
          <w:tcPr>
            <w:tcW w:w="6120" w:type="dxa"/>
            <w:gridSpan w:val="2"/>
            <w:tcMar>
              <w:top w:w="25" w:type="dxa"/>
              <w:left w:w="45" w:type="dxa"/>
              <w:bottom w:w="25" w:type="dxa"/>
              <w:right w:w="45" w:type="dxa"/>
            </w:tcMar>
          </w:tcPr>
          <w:p w14:paraId="7AF1689E" w14:textId="77777777" w:rsidR="00DB7E25" w:rsidRPr="005E3F1C" w:rsidRDefault="00000000" w:rsidP="005E3F1C">
            <w:pPr>
              <w:spacing w:after="0" w:line="480" w:lineRule="auto"/>
              <w:rPr>
                <w:sz w:val="24"/>
                <w:szCs w:val="24"/>
              </w:rPr>
            </w:pPr>
            <w:r w:rsidRPr="005E3F1C">
              <w:rPr>
                <w:sz w:val="24"/>
                <w:szCs w:val="24"/>
              </w:rPr>
              <w:t>________________________________</w:t>
            </w:r>
          </w:p>
        </w:tc>
        <w:tc>
          <w:tcPr>
            <w:tcW w:w="1944" w:type="dxa"/>
            <w:tcMar>
              <w:top w:w="25" w:type="dxa"/>
              <w:left w:w="45" w:type="dxa"/>
              <w:bottom w:w="25" w:type="dxa"/>
              <w:right w:w="45" w:type="dxa"/>
            </w:tcMar>
          </w:tcPr>
          <w:p w14:paraId="1A476C80" w14:textId="77777777" w:rsidR="00DB7E25" w:rsidRPr="005E3F1C" w:rsidRDefault="00000000" w:rsidP="005E3F1C">
            <w:pPr>
              <w:spacing w:after="0" w:line="480" w:lineRule="auto"/>
              <w:rPr>
                <w:sz w:val="24"/>
                <w:szCs w:val="24"/>
              </w:rPr>
            </w:pPr>
            <w:r w:rsidRPr="005E3F1C">
              <w:rPr>
                <w:sz w:val="24"/>
                <w:szCs w:val="24"/>
              </w:rPr>
              <w:t>Date: ________</w:t>
            </w:r>
          </w:p>
        </w:tc>
      </w:tr>
      <w:tr w:rsidR="00DB7E25" w:rsidRPr="005E3F1C" w14:paraId="5B549720" w14:textId="77777777">
        <w:trPr>
          <w:jc w:val="center"/>
        </w:trPr>
        <w:tc>
          <w:tcPr>
            <w:tcW w:w="1944" w:type="dxa"/>
            <w:tcMar>
              <w:top w:w="25" w:type="dxa"/>
              <w:left w:w="45" w:type="dxa"/>
              <w:bottom w:w="25" w:type="dxa"/>
              <w:right w:w="45" w:type="dxa"/>
            </w:tcMar>
          </w:tcPr>
          <w:p w14:paraId="233EC302" w14:textId="77777777" w:rsidR="00DB7E25" w:rsidRPr="005E3F1C" w:rsidRDefault="00000000" w:rsidP="005E3F1C">
            <w:pPr>
              <w:spacing w:after="0" w:line="480" w:lineRule="auto"/>
              <w:rPr>
                <w:sz w:val="24"/>
                <w:szCs w:val="24"/>
              </w:rPr>
            </w:pPr>
            <w:r w:rsidRPr="005E3F1C">
              <w:rPr>
                <w:sz w:val="24"/>
                <w:szCs w:val="24"/>
              </w:rPr>
              <w:t>Provost</w:t>
            </w:r>
          </w:p>
        </w:tc>
        <w:tc>
          <w:tcPr>
            <w:tcW w:w="6120" w:type="dxa"/>
            <w:gridSpan w:val="2"/>
            <w:tcMar>
              <w:top w:w="25" w:type="dxa"/>
              <w:left w:w="45" w:type="dxa"/>
              <w:bottom w:w="25" w:type="dxa"/>
              <w:right w:w="45" w:type="dxa"/>
            </w:tcMar>
          </w:tcPr>
          <w:p w14:paraId="39CBFBEB" w14:textId="77777777" w:rsidR="00DB7E25" w:rsidRPr="005E3F1C" w:rsidRDefault="00000000" w:rsidP="005E3F1C">
            <w:pPr>
              <w:spacing w:after="0" w:line="480" w:lineRule="auto"/>
              <w:rPr>
                <w:sz w:val="24"/>
                <w:szCs w:val="24"/>
              </w:rPr>
            </w:pPr>
            <w:r w:rsidRPr="005E3F1C">
              <w:rPr>
                <w:sz w:val="24"/>
                <w:szCs w:val="24"/>
              </w:rPr>
              <w:t>________________________________</w:t>
            </w:r>
          </w:p>
        </w:tc>
        <w:tc>
          <w:tcPr>
            <w:tcW w:w="1944" w:type="dxa"/>
            <w:tcMar>
              <w:top w:w="25" w:type="dxa"/>
              <w:left w:w="45" w:type="dxa"/>
              <w:bottom w:w="25" w:type="dxa"/>
              <w:right w:w="45" w:type="dxa"/>
            </w:tcMar>
          </w:tcPr>
          <w:p w14:paraId="618C3831" w14:textId="77777777" w:rsidR="00DB7E25" w:rsidRPr="005E3F1C" w:rsidRDefault="00000000" w:rsidP="005E3F1C">
            <w:pPr>
              <w:spacing w:after="0" w:line="480" w:lineRule="auto"/>
              <w:rPr>
                <w:sz w:val="24"/>
                <w:szCs w:val="24"/>
              </w:rPr>
            </w:pPr>
            <w:r w:rsidRPr="005E3F1C">
              <w:rPr>
                <w:sz w:val="24"/>
                <w:szCs w:val="24"/>
              </w:rPr>
              <w:t>Date: ________</w:t>
            </w:r>
          </w:p>
        </w:tc>
      </w:tr>
      <w:tr w:rsidR="00DB7E25" w:rsidRPr="005E3F1C" w14:paraId="1E30704E" w14:textId="77777777">
        <w:trPr>
          <w:jc w:val="center"/>
        </w:trPr>
        <w:tc>
          <w:tcPr>
            <w:tcW w:w="4968" w:type="dxa"/>
            <w:gridSpan w:val="2"/>
            <w:tcMar>
              <w:top w:w="25" w:type="dxa"/>
              <w:left w:w="45" w:type="dxa"/>
              <w:bottom w:w="25" w:type="dxa"/>
              <w:right w:w="45" w:type="dxa"/>
            </w:tcMar>
          </w:tcPr>
          <w:p w14:paraId="573692F8" w14:textId="77777777" w:rsidR="00DB7E25" w:rsidRPr="005E3F1C" w:rsidRDefault="00000000">
            <w:pPr>
              <w:spacing w:after="0"/>
              <w:rPr>
                <w:sz w:val="24"/>
                <w:szCs w:val="24"/>
              </w:rPr>
            </w:pPr>
            <w:r w:rsidRPr="005E3F1C">
              <w:rPr>
                <w:b/>
                <w:sz w:val="24"/>
                <w:szCs w:val="24"/>
              </w:rPr>
              <w:t xml:space="preserve">COLLEGE: </w:t>
            </w:r>
            <w:r w:rsidRPr="005E3F1C">
              <w:rPr>
                <w:sz w:val="24"/>
                <w:szCs w:val="24"/>
              </w:rPr>
              <w:fldChar w:fldCharType="begin">
                <w:ffData>
                  <w:name w:val="College"/>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tc>
        <w:tc>
          <w:tcPr>
            <w:tcW w:w="4968" w:type="dxa"/>
            <w:gridSpan w:val="2"/>
            <w:tcMar>
              <w:top w:w="25" w:type="dxa"/>
              <w:left w:w="45" w:type="dxa"/>
              <w:bottom w:w="25" w:type="dxa"/>
              <w:right w:w="45" w:type="dxa"/>
            </w:tcMar>
          </w:tcPr>
          <w:p w14:paraId="63B126F5" w14:textId="77777777" w:rsidR="00DB7E25" w:rsidRPr="005E3F1C" w:rsidRDefault="00000000">
            <w:pPr>
              <w:spacing w:after="0"/>
              <w:rPr>
                <w:sz w:val="24"/>
                <w:szCs w:val="24"/>
              </w:rPr>
            </w:pPr>
            <w:r w:rsidRPr="005E3F1C">
              <w:rPr>
                <w:b/>
                <w:sz w:val="24"/>
                <w:szCs w:val="24"/>
              </w:rPr>
              <w:t xml:space="preserve">PROGRAM/SCHOOL: </w:t>
            </w:r>
            <w:r w:rsidRPr="005E3F1C">
              <w:rPr>
                <w:sz w:val="24"/>
                <w:szCs w:val="24"/>
              </w:rPr>
              <w:fldChar w:fldCharType="begin">
                <w:ffData>
                  <w:name w:val="ProgramSchool"/>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tc>
      </w:tr>
      <w:tr w:rsidR="00DB7E25" w:rsidRPr="005E3F1C" w14:paraId="03B4D511" w14:textId="77777777">
        <w:trPr>
          <w:jc w:val="center"/>
        </w:trPr>
        <w:tc>
          <w:tcPr>
            <w:tcW w:w="4968" w:type="dxa"/>
            <w:gridSpan w:val="2"/>
            <w:tcMar>
              <w:top w:w="25" w:type="dxa"/>
              <w:left w:w="45" w:type="dxa"/>
              <w:bottom w:w="25" w:type="dxa"/>
              <w:right w:w="45" w:type="dxa"/>
            </w:tcMar>
          </w:tcPr>
          <w:p w14:paraId="43511802" w14:textId="77777777" w:rsidR="00DB7E25" w:rsidRPr="005E3F1C" w:rsidRDefault="00000000">
            <w:pPr>
              <w:spacing w:after="0"/>
              <w:rPr>
                <w:sz w:val="24"/>
                <w:szCs w:val="24"/>
              </w:rPr>
            </w:pPr>
            <w:r w:rsidRPr="005E3F1C">
              <w:rPr>
                <w:b/>
                <w:sz w:val="24"/>
                <w:szCs w:val="24"/>
              </w:rPr>
              <w:t xml:space="preserve">SCHOOL DIRECTOR: </w:t>
            </w:r>
            <w:r w:rsidRPr="005E3F1C">
              <w:rPr>
                <w:sz w:val="24"/>
                <w:szCs w:val="24"/>
              </w:rPr>
              <w:fldChar w:fldCharType="begin">
                <w:ffData>
                  <w:name w:val="Director"/>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tc>
        <w:tc>
          <w:tcPr>
            <w:tcW w:w="4968" w:type="dxa"/>
            <w:gridSpan w:val="2"/>
            <w:tcMar>
              <w:top w:w="25" w:type="dxa"/>
              <w:left w:w="45" w:type="dxa"/>
              <w:bottom w:w="25" w:type="dxa"/>
              <w:right w:w="45" w:type="dxa"/>
            </w:tcMar>
          </w:tcPr>
          <w:p w14:paraId="1912DCFF" w14:textId="77777777" w:rsidR="00DB7E25" w:rsidRPr="005E3F1C" w:rsidRDefault="00000000">
            <w:pPr>
              <w:spacing w:after="0"/>
              <w:rPr>
                <w:sz w:val="24"/>
                <w:szCs w:val="24"/>
              </w:rPr>
            </w:pPr>
            <w:r w:rsidRPr="005E3F1C">
              <w:rPr>
                <w:b/>
                <w:sz w:val="24"/>
                <w:szCs w:val="24"/>
              </w:rPr>
              <w:t xml:space="preserve">DESIGNATION EFFECTIVE (ACADEMIC YEAR): </w:t>
            </w:r>
            <w:r w:rsidRPr="005E3F1C">
              <w:rPr>
                <w:sz w:val="24"/>
                <w:szCs w:val="24"/>
              </w:rPr>
              <w:fldChar w:fldCharType="begin">
                <w:ffData>
                  <w:name w:val="EffectiveAY"/>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tc>
      </w:tr>
      <w:tr w:rsidR="00DB7E25" w:rsidRPr="005E3F1C" w14:paraId="57B6AF54" w14:textId="77777777">
        <w:trPr>
          <w:jc w:val="center"/>
        </w:trPr>
        <w:tc>
          <w:tcPr>
            <w:tcW w:w="4968" w:type="dxa"/>
            <w:gridSpan w:val="2"/>
            <w:tcMar>
              <w:top w:w="25" w:type="dxa"/>
              <w:left w:w="45" w:type="dxa"/>
              <w:bottom w:w="25" w:type="dxa"/>
              <w:right w:w="45" w:type="dxa"/>
            </w:tcMar>
          </w:tcPr>
          <w:p w14:paraId="4B5EAA04" w14:textId="77777777" w:rsidR="00DB7E25" w:rsidRPr="005E3F1C" w:rsidRDefault="00000000">
            <w:pPr>
              <w:spacing w:after="0"/>
              <w:rPr>
                <w:sz w:val="24"/>
                <w:szCs w:val="24"/>
              </w:rPr>
            </w:pPr>
            <w:r w:rsidRPr="005E3F1C">
              <w:rPr>
                <w:b/>
                <w:sz w:val="24"/>
                <w:szCs w:val="24"/>
              </w:rPr>
              <w:t xml:space="preserve">DEGREE: </w:t>
            </w:r>
            <w:r w:rsidRPr="005E3F1C">
              <w:rPr>
                <w:sz w:val="24"/>
                <w:szCs w:val="24"/>
              </w:rPr>
              <w:fldChar w:fldCharType="begin">
                <w:ffData>
                  <w:name w:val="Degree"/>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tc>
        <w:tc>
          <w:tcPr>
            <w:tcW w:w="4968" w:type="dxa"/>
            <w:gridSpan w:val="2"/>
            <w:tcMar>
              <w:top w:w="25" w:type="dxa"/>
              <w:left w:w="45" w:type="dxa"/>
              <w:bottom w:w="25" w:type="dxa"/>
              <w:right w:w="45" w:type="dxa"/>
            </w:tcMar>
          </w:tcPr>
          <w:p w14:paraId="09AD482D" w14:textId="77777777" w:rsidR="00DB7E25" w:rsidRPr="005E3F1C" w:rsidRDefault="00000000">
            <w:pPr>
              <w:spacing w:after="0"/>
              <w:rPr>
                <w:sz w:val="24"/>
                <w:szCs w:val="24"/>
              </w:rPr>
            </w:pPr>
            <w:r w:rsidRPr="005E3F1C">
              <w:rPr>
                <w:b/>
                <w:sz w:val="24"/>
                <w:szCs w:val="24"/>
              </w:rPr>
              <w:t xml:space="preserve">CIP CODE: </w:t>
            </w:r>
            <w:r w:rsidRPr="005E3F1C">
              <w:rPr>
                <w:sz w:val="24"/>
                <w:szCs w:val="24"/>
              </w:rPr>
              <w:fldChar w:fldCharType="begin">
                <w:ffData>
                  <w:name w:val="CIP"/>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tc>
      </w:tr>
    </w:tbl>
    <w:p w14:paraId="16710036" w14:textId="77777777" w:rsidR="00DB7E25" w:rsidRPr="005E3F1C" w:rsidRDefault="00000000">
      <w:pPr>
        <w:spacing w:after="40"/>
        <w:rPr>
          <w:sz w:val="24"/>
          <w:szCs w:val="24"/>
        </w:rPr>
      </w:pPr>
      <w:r w:rsidRPr="005E3F1C">
        <w:rPr>
          <w:b/>
          <w:sz w:val="24"/>
          <w:szCs w:val="24"/>
        </w:rPr>
        <w:t xml:space="preserve">MAJOR/PROGRAM: </w:t>
      </w:r>
      <w:r w:rsidRPr="005E3F1C">
        <w:rPr>
          <w:sz w:val="24"/>
          <w:szCs w:val="24"/>
        </w:rPr>
        <w:fldChar w:fldCharType="begin">
          <w:ffData>
            <w:name w:val="MajorProgram"/>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p w14:paraId="0821D12A" w14:textId="77777777" w:rsidR="00DB7E25" w:rsidRPr="005E3F1C" w:rsidRDefault="00000000">
      <w:pPr>
        <w:spacing w:after="40"/>
        <w:rPr>
          <w:sz w:val="24"/>
          <w:szCs w:val="24"/>
        </w:rPr>
      </w:pPr>
      <w:r w:rsidRPr="005E3F1C">
        <w:rPr>
          <w:b/>
          <w:sz w:val="24"/>
          <w:szCs w:val="24"/>
        </w:rPr>
        <w:t xml:space="preserve">NEW DESIGNATION OR REVIEW OF EXISTING DESIGNATION?  </w:t>
      </w:r>
      <w:r w:rsidRPr="005E3F1C">
        <w:rPr>
          <w:sz w:val="24"/>
          <w:szCs w:val="24"/>
        </w:rPr>
        <w:fldChar w:fldCharType="begin">
          <w:ffData>
            <w:name w:val="NewDes"/>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New   </w:t>
      </w:r>
      <w:r w:rsidRPr="005E3F1C">
        <w:rPr>
          <w:sz w:val="24"/>
          <w:szCs w:val="24"/>
        </w:rPr>
        <w:fldChar w:fldCharType="begin">
          <w:ffData>
            <w:name w:val="ReviewDes"/>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Review   </w:t>
      </w:r>
    </w:p>
    <w:p w14:paraId="1461FEEB" w14:textId="77777777" w:rsidR="00DB7E25" w:rsidRPr="005E3F1C" w:rsidRDefault="00000000">
      <w:pPr>
        <w:spacing w:after="40"/>
        <w:rPr>
          <w:sz w:val="24"/>
          <w:szCs w:val="24"/>
        </w:rPr>
      </w:pPr>
      <w:r w:rsidRPr="005E3F1C">
        <w:rPr>
          <w:b/>
          <w:sz w:val="24"/>
          <w:szCs w:val="24"/>
        </w:rPr>
        <w:t xml:space="preserve">TOTAL PROGRAM-REQUIRED SEMESTER HOURS: </w:t>
      </w:r>
      <w:r w:rsidRPr="005E3F1C">
        <w:rPr>
          <w:sz w:val="24"/>
          <w:szCs w:val="24"/>
        </w:rPr>
        <w:fldChar w:fldCharType="begin">
          <w:ffData>
            <w:name w:val="TotalHours"/>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p w14:paraId="0E7D3BDD" w14:textId="77777777" w:rsidR="00DB7E25" w:rsidRPr="005E3F1C" w:rsidRDefault="00000000">
      <w:pPr>
        <w:spacing w:after="40"/>
        <w:rPr>
          <w:sz w:val="24"/>
          <w:szCs w:val="24"/>
        </w:rPr>
      </w:pPr>
      <w:r w:rsidRPr="005E3F1C">
        <w:rPr>
          <w:b/>
          <w:sz w:val="24"/>
          <w:szCs w:val="24"/>
        </w:rPr>
        <w:t xml:space="preserve">SEMESTER HOURS REQUIRED OF A QUALIFYING TRANSFER STUDENT FOLLOWING COMPLETION OF APPLICABLE LOWER-DIVISION TRANSFER REQUIREMENTS: </w:t>
      </w:r>
      <w:r w:rsidRPr="005E3F1C">
        <w:rPr>
          <w:sz w:val="24"/>
          <w:szCs w:val="24"/>
        </w:rPr>
        <w:fldChar w:fldCharType="begin">
          <w:ffData>
            <w:name w:val="TransferHours"/>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p w14:paraId="756E537D" w14:textId="60080458" w:rsidR="00DB7E25" w:rsidRPr="005E3F1C" w:rsidRDefault="00000000">
      <w:pPr>
        <w:spacing w:after="20"/>
        <w:rPr>
          <w:sz w:val="24"/>
          <w:szCs w:val="24"/>
        </w:rPr>
      </w:pPr>
      <w:r w:rsidRPr="005E3F1C">
        <w:rPr>
          <w:b/>
          <w:sz w:val="24"/>
          <w:szCs w:val="24"/>
        </w:rPr>
        <w:t xml:space="preserve">STANDARD 60-ADDITIONAL-HOUR LIMITATION NOT FEASIBLE:  </w:t>
      </w:r>
      <w:r w:rsidRPr="005E3F1C">
        <w:rPr>
          <w:sz w:val="24"/>
          <w:szCs w:val="24"/>
        </w:rPr>
        <w:fldChar w:fldCharType="begin">
          <w:ffData>
            <w:name w:val="LimitYes"/>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Yes   </w:t>
      </w:r>
      <w:r w:rsidRPr="005E3F1C">
        <w:rPr>
          <w:i/>
          <w:sz w:val="24"/>
          <w:szCs w:val="24"/>
        </w:rPr>
        <w:t>If yes, explain why this program qualifies under 110 ILCS 150/120(a) (e.g., accreditation, licensure standards, sequential curriculum, or other permitted academic justification).</w:t>
      </w:r>
      <w:r w:rsidR="005E3F1C">
        <w:rPr>
          <w:i/>
          <w:sz w:val="24"/>
          <w:szCs w:val="24"/>
        </w:rPr>
        <w:t xml:space="preserve"> </w:t>
      </w:r>
      <w:r w:rsidR="005E3F1C" w:rsidRPr="005E3F1C">
        <w:rPr>
          <w:sz w:val="24"/>
          <w:szCs w:val="24"/>
        </w:rPr>
        <w:fldChar w:fldCharType="begin">
          <w:ffData>
            <w:name w:val="IAIExplain"/>
            <w:enabled/>
            <w:calcOnExit w:val="0"/>
            <w:textInput>
              <w:maxLength w:val="255"/>
            </w:textInput>
          </w:ffData>
        </w:fldChar>
      </w:r>
      <w:r w:rsidR="005E3F1C" w:rsidRPr="005E3F1C">
        <w:rPr>
          <w:sz w:val="24"/>
          <w:szCs w:val="24"/>
        </w:rPr>
        <w:instrText xml:space="preserve"> FORMTEXT </w:instrText>
      </w:r>
      <w:r w:rsidR="005E3F1C" w:rsidRPr="005E3F1C">
        <w:rPr>
          <w:sz w:val="24"/>
          <w:szCs w:val="24"/>
        </w:rPr>
      </w:r>
      <w:r w:rsidR="005E3F1C" w:rsidRPr="005E3F1C">
        <w:rPr>
          <w:sz w:val="24"/>
          <w:szCs w:val="24"/>
        </w:rPr>
        <w:fldChar w:fldCharType="separate"/>
      </w:r>
      <w:r w:rsidR="005E3F1C" w:rsidRPr="005E3F1C">
        <w:rPr>
          <w:sz w:val="24"/>
          <w:szCs w:val="24"/>
          <w:shd w:val="clear" w:color="auto" w:fill="D9D9D9"/>
        </w:rPr>
        <w:t>                         </w:t>
      </w:r>
      <w:r w:rsidR="005E3F1C" w:rsidRPr="005E3F1C">
        <w:rPr>
          <w:sz w:val="24"/>
          <w:szCs w:val="24"/>
        </w:rPr>
        <w:fldChar w:fldCharType="end"/>
      </w:r>
    </w:p>
    <w:p w14:paraId="012C2A1B" w14:textId="77777777" w:rsidR="00DB7E25" w:rsidRPr="005E3F1C" w:rsidRDefault="00000000">
      <w:pPr>
        <w:spacing w:before="60" w:after="20"/>
        <w:rPr>
          <w:sz w:val="24"/>
          <w:szCs w:val="24"/>
        </w:rPr>
      </w:pPr>
      <w:r w:rsidRPr="005E3F1C">
        <w:rPr>
          <w:b/>
          <w:sz w:val="24"/>
          <w:szCs w:val="24"/>
        </w:rPr>
        <w:t xml:space="preserve">TRANSFER OF IAI COURSEWORK: </w:t>
      </w:r>
      <w:r w:rsidRPr="005E3F1C">
        <w:rPr>
          <w:sz w:val="24"/>
          <w:szCs w:val="24"/>
        </w:rPr>
        <w:t>Approved IAI lower-division coursework transfers as direct course equivalents whenever applicable and consistent with University degree requirements.</w:t>
      </w:r>
    </w:p>
    <w:p w14:paraId="1657F526" w14:textId="77777777" w:rsidR="00DB7E25" w:rsidRPr="005E3F1C" w:rsidRDefault="00000000">
      <w:pPr>
        <w:spacing w:after="40"/>
        <w:rPr>
          <w:sz w:val="24"/>
          <w:szCs w:val="24"/>
        </w:rPr>
      </w:pPr>
      <w:r w:rsidRPr="005E3F1C">
        <w:rPr>
          <w:sz w:val="24"/>
          <w:szCs w:val="24"/>
        </w:rPr>
        <w:fldChar w:fldCharType="begin">
          <w:ffData>
            <w:name w:val="IAIYes"/>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Yes   </w:t>
      </w:r>
      <w:r w:rsidRPr="005E3F1C">
        <w:rPr>
          <w:sz w:val="24"/>
          <w:szCs w:val="24"/>
        </w:rPr>
        <w:fldChar w:fldCharType="begin">
          <w:ffData>
            <w:name w:val="IAINo"/>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No   If no, explain: </w:t>
      </w:r>
      <w:r w:rsidRPr="005E3F1C">
        <w:rPr>
          <w:sz w:val="24"/>
          <w:szCs w:val="24"/>
        </w:rPr>
        <w:fldChar w:fldCharType="begin">
          <w:ffData>
            <w:name w:val="IAIExplain"/>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p w14:paraId="47647425" w14:textId="77777777" w:rsidR="00DB7E25" w:rsidRPr="005E3F1C" w:rsidRDefault="00000000">
      <w:pPr>
        <w:spacing w:after="20"/>
        <w:rPr>
          <w:sz w:val="24"/>
          <w:szCs w:val="24"/>
        </w:rPr>
      </w:pPr>
      <w:r w:rsidRPr="005E3F1C">
        <w:rPr>
          <w:b/>
          <w:sz w:val="24"/>
          <w:szCs w:val="24"/>
        </w:rPr>
        <w:t xml:space="preserve">STUDENT PROTECTION: </w:t>
      </w:r>
      <w:r w:rsidRPr="005E3F1C">
        <w:rPr>
          <w:sz w:val="24"/>
          <w:szCs w:val="24"/>
        </w:rPr>
        <w:t>Transfer students who meet applicable requirements are not required to complete additional institutional degree requirements beyond those required of similarly situated native students, except where permitted by law or necessary for accreditation, licensure, or programmatic requirements.</w:t>
      </w:r>
    </w:p>
    <w:p w14:paraId="73C87D67" w14:textId="77777777" w:rsidR="00DB7E25" w:rsidRPr="005E3F1C" w:rsidRDefault="00000000">
      <w:pPr>
        <w:spacing w:after="40"/>
        <w:rPr>
          <w:sz w:val="24"/>
          <w:szCs w:val="24"/>
        </w:rPr>
      </w:pPr>
      <w:r w:rsidRPr="005E3F1C">
        <w:rPr>
          <w:sz w:val="24"/>
          <w:szCs w:val="24"/>
        </w:rPr>
        <w:fldChar w:fldCharType="begin">
          <w:ffData>
            <w:name w:val="ProtectYes"/>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Yes   </w:t>
      </w:r>
      <w:r w:rsidRPr="005E3F1C">
        <w:rPr>
          <w:sz w:val="24"/>
          <w:szCs w:val="24"/>
        </w:rPr>
        <w:fldChar w:fldCharType="begin">
          <w:ffData>
            <w:name w:val="ProtectNo"/>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No   If no, explain: </w:t>
      </w:r>
      <w:r w:rsidRPr="005E3F1C">
        <w:rPr>
          <w:sz w:val="24"/>
          <w:szCs w:val="24"/>
        </w:rPr>
        <w:fldChar w:fldCharType="begin">
          <w:ffData>
            <w:name w:val="ProtectExplain"/>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p w14:paraId="6D7FC55C" w14:textId="77777777" w:rsidR="00DB7E25" w:rsidRPr="005E3F1C" w:rsidRDefault="00000000">
      <w:pPr>
        <w:spacing w:after="20"/>
        <w:rPr>
          <w:sz w:val="24"/>
          <w:szCs w:val="24"/>
        </w:rPr>
      </w:pPr>
      <w:r w:rsidRPr="005E3F1C">
        <w:rPr>
          <w:b/>
          <w:sz w:val="24"/>
          <w:szCs w:val="24"/>
        </w:rPr>
        <w:t xml:space="preserve">ATTACHMENTS:  </w:t>
      </w:r>
      <w:r w:rsidRPr="005E3F1C">
        <w:rPr>
          <w:sz w:val="24"/>
          <w:szCs w:val="24"/>
        </w:rPr>
        <w:fldChar w:fldCharType="begin">
          <w:ffData>
            <w:name w:val="AttCurr"/>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Curriculum   </w:t>
      </w:r>
      <w:r w:rsidRPr="005E3F1C">
        <w:rPr>
          <w:sz w:val="24"/>
          <w:szCs w:val="24"/>
        </w:rPr>
        <w:fldChar w:fldCharType="begin">
          <w:ffData>
            <w:name w:val="AttAcc"/>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Accreditation standards   </w:t>
      </w:r>
      <w:r w:rsidRPr="005E3F1C">
        <w:rPr>
          <w:sz w:val="24"/>
          <w:szCs w:val="24"/>
        </w:rPr>
        <w:fldChar w:fldCharType="begin">
          <w:ffData>
            <w:name w:val="AttLic"/>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Licensure requirements   </w:t>
      </w:r>
    </w:p>
    <w:p w14:paraId="59C35ED2" w14:textId="77777777" w:rsidR="00DB7E25" w:rsidRPr="005E3F1C" w:rsidRDefault="00000000">
      <w:pPr>
        <w:spacing w:after="40"/>
        <w:rPr>
          <w:sz w:val="24"/>
          <w:szCs w:val="24"/>
        </w:rPr>
      </w:pPr>
      <w:r w:rsidRPr="005E3F1C">
        <w:rPr>
          <w:sz w:val="24"/>
          <w:szCs w:val="24"/>
        </w:rPr>
        <w:fldChar w:fldCharType="begin">
          <w:ffData>
            <w:name w:val="AttOther"/>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Other   </w:t>
      </w:r>
      <w:r w:rsidRPr="005E3F1C">
        <w:rPr>
          <w:sz w:val="24"/>
          <w:szCs w:val="24"/>
        </w:rPr>
        <w:fldChar w:fldCharType="begin">
          <w:ffData>
            <w:name w:val="AttOtherText"/>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p w14:paraId="371976A1" w14:textId="77777777" w:rsidR="00DB7E25" w:rsidRPr="005E3F1C" w:rsidRDefault="00000000">
      <w:pPr>
        <w:spacing w:after="20"/>
        <w:rPr>
          <w:sz w:val="24"/>
          <w:szCs w:val="24"/>
        </w:rPr>
      </w:pPr>
      <w:r w:rsidRPr="005E3F1C">
        <w:rPr>
          <w:b/>
          <w:sz w:val="24"/>
          <w:szCs w:val="24"/>
        </w:rPr>
        <w:t xml:space="preserve">REVIEW CYCLE: </w:t>
      </w:r>
      <w:r w:rsidRPr="005E3F1C">
        <w:rPr>
          <w:sz w:val="24"/>
          <w:szCs w:val="24"/>
        </w:rPr>
        <w:t>At least every five years or whenever the curriculum is substantially revised or accreditation requirements change.</w:t>
      </w:r>
    </w:p>
    <w:p w14:paraId="22F9090A" w14:textId="77777777" w:rsidR="005E3F1C" w:rsidRDefault="00000000">
      <w:pPr>
        <w:spacing w:after="40"/>
        <w:rPr>
          <w:b/>
          <w:sz w:val="24"/>
          <w:szCs w:val="24"/>
        </w:rPr>
      </w:pPr>
      <w:r w:rsidRPr="005E3F1C">
        <w:rPr>
          <w:b/>
          <w:sz w:val="24"/>
          <w:szCs w:val="24"/>
        </w:rPr>
        <w:t xml:space="preserve">REVIEW OUTCOME (if up for review):  </w:t>
      </w:r>
    </w:p>
    <w:p w14:paraId="66E8DE3F" w14:textId="2E9B9D94" w:rsidR="00DB7E25" w:rsidRPr="005E3F1C" w:rsidRDefault="00000000">
      <w:pPr>
        <w:spacing w:after="40"/>
        <w:rPr>
          <w:sz w:val="24"/>
          <w:szCs w:val="24"/>
        </w:rPr>
      </w:pPr>
      <w:r w:rsidRPr="005E3F1C">
        <w:rPr>
          <w:sz w:val="24"/>
          <w:szCs w:val="24"/>
        </w:rPr>
        <w:fldChar w:fldCharType="begin">
          <w:ffData>
            <w:name w:val="Continue"/>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Continued designation   </w:t>
      </w:r>
      <w:r w:rsidRPr="005E3F1C">
        <w:rPr>
          <w:sz w:val="24"/>
          <w:szCs w:val="24"/>
        </w:rPr>
        <w:fldChar w:fldCharType="begin">
          <w:ffData>
            <w:name w:val="Modified"/>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Modified designation   </w:t>
      </w:r>
      <w:r w:rsidRPr="005E3F1C">
        <w:rPr>
          <w:sz w:val="24"/>
          <w:szCs w:val="24"/>
        </w:rPr>
        <w:fldChar w:fldCharType="begin">
          <w:ffData>
            <w:name w:val="Removed"/>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Designation removed   </w:t>
      </w:r>
    </w:p>
    <w:p w14:paraId="2D2F9411" w14:textId="77777777" w:rsidR="005E3F1C" w:rsidRDefault="005E3F1C">
      <w:pPr>
        <w:spacing w:after="60"/>
      </w:pPr>
    </w:p>
    <w:p w14:paraId="1CC31831" w14:textId="023E5AD7" w:rsidR="00DB7E25" w:rsidRPr="005E3F1C" w:rsidRDefault="00000000">
      <w:pPr>
        <w:spacing w:after="60"/>
        <w:rPr>
          <w:sz w:val="24"/>
          <w:szCs w:val="24"/>
        </w:rPr>
      </w:pPr>
      <w:r w:rsidRPr="005E3F1C">
        <w:rPr>
          <w:b/>
          <w:sz w:val="24"/>
          <w:szCs w:val="24"/>
        </w:rPr>
        <w:lastRenderedPageBreak/>
        <w:t>IBHE DOCUMENTATION</w:t>
      </w:r>
    </w:p>
    <w:p w14:paraId="0383D543" w14:textId="77777777" w:rsidR="00DB7E25" w:rsidRPr="005E3F1C" w:rsidRDefault="00000000">
      <w:pPr>
        <w:spacing w:after="40"/>
        <w:rPr>
          <w:sz w:val="24"/>
          <w:szCs w:val="24"/>
        </w:rPr>
      </w:pPr>
      <w:r w:rsidRPr="005E3F1C">
        <w:rPr>
          <w:sz w:val="24"/>
          <w:szCs w:val="24"/>
        </w:rPr>
        <w:t xml:space="preserve">Date submitted to IBHE: </w:t>
      </w:r>
      <w:r w:rsidRPr="005E3F1C">
        <w:rPr>
          <w:sz w:val="24"/>
          <w:szCs w:val="24"/>
        </w:rPr>
        <w:fldChar w:fldCharType="begin">
          <w:ffData>
            <w:name w:val="IBHESubmit"/>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p w14:paraId="73992D6C" w14:textId="77777777" w:rsidR="00DB7E25" w:rsidRPr="005E3F1C" w:rsidRDefault="00000000">
      <w:pPr>
        <w:spacing w:after="40"/>
        <w:rPr>
          <w:sz w:val="24"/>
          <w:szCs w:val="24"/>
        </w:rPr>
      </w:pPr>
      <w:r w:rsidRPr="005E3F1C">
        <w:rPr>
          <w:sz w:val="24"/>
          <w:szCs w:val="24"/>
        </w:rPr>
        <w:t xml:space="preserve">Date of IBHE response: </w:t>
      </w:r>
      <w:r w:rsidRPr="005E3F1C">
        <w:rPr>
          <w:sz w:val="24"/>
          <w:szCs w:val="24"/>
        </w:rPr>
        <w:fldChar w:fldCharType="begin">
          <w:ffData>
            <w:name w:val="IBHEResponse"/>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p w14:paraId="56709061" w14:textId="77777777" w:rsidR="00DB7E25" w:rsidRPr="005E3F1C" w:rsidRDefault="00000000">
      <w:pPr>
        <w:spacing w:after="40"/>
        <w:rPr>
          <w:sz w:val="24"/>
          <w:szCs w:val="24"/>
        </w:rPr>
      </w:pPr>
      <w:r w:rsidRPr="005E3F1C">
        <w:rPr>
          <w:sz w:val="24"/>
          <w:szCs w:val="24"/>
        </w:rPr>
        <w:t xml:space="preserve">Response/status:  </w:t>
      </w:r>
      <w:r w:rsidRPr="005E3F1C">
        <w:rPr>
          <w:sz w:val="24"/>
          <w:szCs w:val="24"/>
        </w:rPr>
        <w:fldChar w:fldCharType="begin">
          <w:ffData>
            <w:name w:val="IBHEApproval"/>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Approval   </w:t>
      </w:r>
      <w:r w:rsidRPr="005E3F1C">
        <w:rPr>
          <w:sz w:val="24"/>
          <w:szCs w:val="24"/>
        </w:rPr>
        <w:fldChar w:fldCharType="begin">
          <w:ffData>
            <w:name w:val="IBHEAck"/>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Acknowledgment   </w:t>
      </w:r>
      <w:r w:rsidRPr="005E3F1C">
        <w:rPr>
          <w:sz w:val="24"/>
          <w:szCs w:val="24"/>
        </w:rPr>
        <w:fldChar w:fldCharType="begin">
          <w:ffData>
            <w:name w:val="IBHEGuidance"/>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Guidance   </w:t>
      </w:r>
      <w:r w:rsidRPr="005E3F1C">
        <w:rPr>
          <w:sz w:val="24"/>
          <w:szCs w:val="24"/>
        </w:rPr>
        <w:fldChar w:fldCharType="begin">
          <w:ffData>
            <w:name w:val="IBHEOther"/>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Other   </w:t>
      </w:r>
      <w:r w:rsidRPr="005E3F1C">
        <w:rPr>
          <w:sz w:val="24"/>
          <w:szCs w:val="24"/>
        </w:rPr>
        <w:fldChar w:fldCharType="begin">
          <w:ffData>
            <w:name w:val="IBHEOtherText"/>
            <w:enabled/>
            <w:calcOnExit w:val="0"/>
            <w:textInput>
              <w:maxLength w:val="255"/>
            </w:textInput>
          </w:ffData>
        </w:fldChar>
      </w:r>
      <w:r w:rsidRPr="005E3F1C">
        <w:rPr>
          <w:sz w:val="24"/>
          <w:szCs w:val="24"/>
        </w:rPr>
        <w:instrText xml:space="preserve"> FORMTEXT </w:instrText>
      </w:r>
      <w:r w:rsidRPr="005E3F1C">
        <w:rPr>
          <w:sz w:val="24"/>
          <w:szCs w:val="24"/>
        </w:rPr>
      </w:r>
      <w:r w:rsidRPr="005E3F1C">
        <w:rPr>
          <w:sz w:val="24"/>
          <w:szCs w:val="24"/>
        </w:rPr>
        <w:fldChar w:fldCharType="separate"/>
      </w:r>
      <w:r w:rsidRPr="005E3F1C">
        <w:rPr>
          <w:sz w:val="24"/>
          <w:szCs w:val="24"/>
          <w:shd w:val="clear" w:color="auto" w:fill="D9D9D9"/>
        </w:rPr>
        <w:t>            </w:t>
      </w:r>
      <w:r w:rsidRPr="005E3F1C">
        <w:rPr>
          <w:sz w:val="24"/>
          <w:szCs w:val="24"/>
        </w:rPr>
        <w:fldChar w:fldCharType="end"/>
      </w:r>
    </w:p>
    <w:p w14:paraId="375FB4BA" w14:textId="77777777" w:rsidR="00DB7E25" w:rsidRPr="005E3F1C" w:rsidRDefault="00000000">
      <w:pPr>
        <w:spacing w:after="40"/>
        <w:rPr>
          <w:sz w:val="24"/>
          <w:szCs w:val="24"/>
        </w:rPr>
      </w:pPr>
      <w:r w:rsidRPr="005E3F1C">
        <w:rPr>
          <w:sz w:val="24"/>
          <w:szCs w:val="24"/>
        </w:rPr>
        <w:t xml:space="preserve">IBHE correspondence attached:  </w:t>
      </w:r>
      <w:r w:rsidRPr="005E3F1C">
        <w:rPr>
          <w:sz w:val="24"/>
          <w:szCs w:val="24"/>
        </w:rPr>
        <w:fldChar w:fldCharType="begin">
          <w:ffData>
            <w:name w:val="IBHEAttachYes"/>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Yes   </w:t>
      </w:r>
      <w:r w:rsidRPr="005E3F1C">
        <w:rPr>
          <w:sz w:val="24"/>
          <w:szCs w:val="24"/>
        </w:rPr>
        <w:fldChar w:fldCharType="begin">
          <w:ffData>
            <w:name w:val="IBHEAttachNo"/>
            <w:enabled/>
            <w:calcOnExit w:val="0"/>
            <w:checkBox>
              <w:sizeAuto/>
              <w:default w:val="0"/>
            </w:checkBox>
          </w:ffData>
        </w:fldChar>
      </w:r>
      <w:r w:rsidRPr="005E3F1C">
        <w:rPr>
          <w:sz w:val="24"/>
          <w:szCs w:val="24"/>
        </w:rPr>
        <w:instrText xml:space="preserve"> FORMCHECKBOX </w:instrText>
      </w:r>
      <w:r w:rsidRPr="005E3F1C">
        <w:rPr>
          <w:sz w:val="24"/>
          <w:szCs w:val="24"/>
        </w:rPr>
      </w:r>
      <w:r w:rsidRPr="005E3F1C">
        <w:rPr>
          <w:sz w:val="24"/>
          <w:szCs w:val="24"/>
        </w:rPr>
        <w:fldChar w:fldCharType="separate"/>
      </w:r>
      <w:r w:rsidRPr="005E3F1C">
        <w:rPr>
          <w:sz w:val="24"/>
          <w:szCs w:val="24"/>
          <w:shd w:val="clear" w:color="auto" w:fill="D9D9D9"/>
        </w:rPr>
        <w:t>☐</w:t>
      </w:r>
      <w:r w:rsidRPr="005E3F1C">
        <w:rPr>
          <w:sz w:val="24"/>
          <w:szCs w:val="24"/>
        </w:rPr>
        <w:fldChar w:fldCharType="end"/>
      </w:r>
      <w:r w:rsidRPr="005E3F1C">
        <w:rPr>
          <w:sz w:val="24"/>
          <w:szCs w:val="24"/>
        </w:rPr>
        <w:t xml:space="preserve"> No   </w:t>
      </w:r>
    </w:p>
    <w:p w14:paraId="6DA51517" w14:textId="77777777" w:rsidR="00DB7E25" w:rsidRPr="005E3F1C" w:rsidRDefault="00000000">
      <w:pPr>
        <w:spacing w:before="100" w:after="20"/>
        <w:rPr>
          <w:sz w:val="24"/>
          <w:szCs w:val="24"/>
        </w:rPr>
      </w:pPr>
      <w:r w:rsidRPr="005E3F1C">
        <w:rPr>
          <w:b/>
          <w:sz w:val="24"/>
          <w:szCs w:val="24"/>
        </w:rPr>
        <w:t>IBHE NOTES / GUIDANCE (if applicable):</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936"/>
      </w:tblGrid>
      <w:tr w:rsidR="00DB7E25" w:rsidRPr="005E3F1C" w14:paraId="00FE3F88" w14:textId="77777777">
        <w:trPr>
          <w:jc w:val="center"/>
        </w:trPr>
        <w:tc>
          <w:tcPr>
            <w:tcW w:w="9936" w:type="dxa"/>
            <w:shd w:val="clear" w:color="auto" w:fill="D9D9D9"/>
            <w:tcMar>
              <w:top w:w="25" w:type="dxa"/>
              <w:left w:w="45" w:type="dxa"/>
              <w:bottom w:w="25" w:type="dxa"/>
              <w:right w:w="45" w:type="dxa"/>
            </w:tcMar>
          </w:tcPr>
          <w:p w14:paraId="7127052B" w14:textId="15501F3B" w:rsidR="00DB7E25" w:rsidRPr="005E3F1C" w:rsidRDefault="00DB7E25">
            <w:pPr>
              <w:rPr>
                <w:sz w:val="24"/>
                <w:szCs w:val="24"/>
              </w:rPr>
            </w:pPr>
          </w:p>
        </w:tc>
      </w:tr>
    </w:tbl>
    <w:p w14:paraId="34D7F017" w14:textId="77777777" w:rsidR="00004A21" w:rsidRDefault="00004A21"/>
    <w:sectPr w:rsidR="00004A21" w:rsidSect="00034616">
      <w:headerReference w:type="default" r:id="rId8"/>
      <w:footerReference w:type="default" r:id="rId9"/>
      <w:pgSz w:w="12240" w:h="15840"/>
      <w:pgMar w:top="792" w:right="1037" w:bottom="979"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F5EBA" w14:textId="77777777" w:rsidR="00004A21" w:rsidRDefault="00004A21">
      <w:pPr>
        <w:spacing w:after="0" w:line="240" w:lineRule="auto"/>
      </w:pPr>
      <w:r>
        <w:separator/>
      </w:r>
    </w:p>
  </w:endnote>
  <w:endnote w:type="continuationSeparator" w:id="0">
    <w:p w14:paraId="26027E32" w14:textId="77777777" w:rsidR="00004A21" w:rsidRDefault="00004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4DF39" w14:textId="77777777" w:rsidR="00DB7E25" w:rsidRDefault="00000000">
    <w:pPr>
      <w:pStyle w:val="Footer"/>
      <w:jc w:val="center"/>
    </w:pPr>
    <w:r>
      <w:rPr>
        <w:b/>
        <w:sz w:val="16"/>
      </w:rPr>
      <w:t>Western Illinois University, Office of the Provost and Academic Vice President</w:t>
    </w:r>
  </w:p>
  <w:p w14:paraId="1D4472B6" w14:textId="77777777" w:rsidR="00DB7E25" w:rsidRDefault="00000000">
    <w:pPr>
      <w:jc w:val="center"/>
    </w:pPr>
    <w:r>
      <w:rPr>
        <w:sz w:val="16"/>
      </w:rPr>
      <w:t>1 University Circle, Macomb, IL 61455, Phone (309) 298-1066, Fax (309) 298-2021</w:t>
    </w:r>
  </w:p>
  <w:p w14:paraId="65F18442" w14:textId="77777777" w:rsidR="00DB7E25" w:rsidRDefault="00000000">
    <w:pPr>
      <w:jc w:val="center"/>
    </w:pPr>
    <w:r>
      <w:rPr>
        <w:sz w:val="15"/>
      </w:rPr>
      <w:t>High-Unit Major Certification Form | Approved August 18, 2026 | Effective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AE6B2" w14:textId="77777777" w:rsidR="00004A21" w:rsidRDefault="00004A21">
      <w:pPr>
        <w:spacing w:after="0" w:line="240" w:lineRule="auto"/>
      </w:pPr>
      <w:r>
        <w:separator/>
      </w:r>
    </w:p>
  </w:footnote>
  <w:footnote w:type="continuationSeparator" w:id="0">
    <w:p w14:paraId="35754636" w14:textId="77777777" w:rsidR="00004A21" w:rsidRDefault="00004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F478" w14:textId="77777777" w:rsidR="00DB7E25" w:rsidRDefault="00000000">
    <w:pPr>
      <w:pStyle w:val="Header"/>
      <w:jc w:val="center"/>
    </w:pPr>
    <w:r>
      <w:rPr>
        <w:b/>
        <w:sz w:val="18"/>
      </w:rPr>
      <w:t>Western Illinois University, Office of the Provost and Academic Vice President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58508482">
    <w:abstractNumId w:val="8"/>
  </w:num>
  <w:num w:numId="2" w16cid:durableId="1570070658">
    <w:abstractNumId w:val="6"/>
  </w:num>
  <w:num w:numId="3" w16cid:durableId="126626590">
    <w:abstractNumId w:val="5"/>
  </w:num>
  <w:num w:numId="4" w16cid:durableId="1769349269">
    <w:abstractNumId w:val="4"/>
  </w:num>
  <w:num w:numId="5" w16cid:durableId="862666889">
    <w:abstractNumId w:val="7"/>
  </w:num>
  <w:num w:numId="6" w16cid:durableId="669140300">
    <w:abstractNumId w:val="3"/>
  </w:num>
  <w:num w:numId="7" w16cid:durableId="319315493">
    <w:abstractNumId w:val="2"/>
  </w:num>
  <w:num w:numId="8" w16cid:durableId="643049022">
    <w:abstractNumId w:val="1"/>
  </w:num>
  <w:num w:numId="9" w16cid:durableId="548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epQQwI3F3IAVNSy8M5wh4WTFwZGOfG3dyOOXKauByPAtnrTWhUCI1gBE17dewohLpizKy4lU6fWIujtYDIGzBw==" w:salt="DRXUR8ibYFx7d3PwB0zgj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A21"/>
    <w:rsid w:val="00034616"/>
    <w:rsid w:val="0006063C"/>
    <w:rsid w:val="0015074B"/>
    <w:rsid w:val="0029639D"/>
    <w:rsid w:val="00326F90"/>
    <w:rsid w:val="005E3F1C"/>
    <w:rsid w:val="00725883"/>
    <w:rsid w:val="00733736"/>
    <w:rsid w:val="00AA1D8D"/>
    <w:rsid w:val="00B47730"/>
    <w:rsid w:val="00CB0664"/>
    <w:rsid w:val="00DB7E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6A728B"/>
  <w14:defaultImageDpi w14:val="300"/>
  <w15:docId w15:val="{2545F175-1CA2-4A65-996F-D8F0CDC8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Amy P Mossman</cp:lastModifiedBy>
  <cp:revision>2</cp:revision>
  <dcterms:created xsi:type="dcterms:W3CDTF">2026-08-18T17:11:00Z</dcterms:created>
  <dcterms:modified xsi:type="dcterms:W3CDTF">2026-08-18T17:11:00Z</dcterms:modified>
  <cp:category/>
</cp:coreProperties>
</file>